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18F" w:rsidRDefault="0079018F" w:rsidP="0079018F">
      <w:pPr>
        <w:jc w:val="center"/>
        <w:rPr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6706DD1" wp14:editId="3231DC71">
            <wp:simplePos x="0" y="0"/>
            <wp:positionH relativeFrom="column">
              <wp:posOffset>1565275</wp:posOffset>
            </wp:positionH>
            <wp:positionV relativeFrom="paragraph">
              <wp:posOffset>11430</wp:posOffset>
            </wp:positionV>
            <wp:extent cx="2567843" cy="229352"/>
            <wp:effectExtent l="0" t="0" r="4445" b="0"/>
            <wp:wrapNone/>
            <wp:docPr id="91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A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843" cy="22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tbl>
      <w:tblPr>
        <w:tblStyle w:val="TableNormal"/>
        <w:tblpPr w:leftFromText="141" w:rightFromText="141" w:horzAnchor="margin" w:tblpXSpec="center" w:tblpY="600"/>
        <w:tblW w:w="9647" w:type="dxa"/>
        <w:tblLayout w:type="fixed"/>
        <w:tblLook w:val="01E0" w:firstRow="1" w:lastRow="1" w:firstColumn="1" w:lastColumn="1" w:noHBand="0" w:noVBand="0"/>
      </w:tblPr>
      <w:tblGrid>
        <w:gridCol w:w="1365"/>
        <w:gridCol w:w="7082"/>
        <w:gridCol w:w="1200"/>
      </w:tblGrid>
      <w:tr w:rsidR="0079018F" w:rsidTr="005B5233">
        <w:trPr>
          <w:trHeight w:val="1560"/>
        </w:trPr>
        <w:tc>
          <w:tcPr>
            <w:tcW w:w="1365" w:type="dxa"/>
          </w:tcPr>
          <w:p w:rsidR="0079018F" w:rsidRDefault="0079018F" w:rsidP="005B5233">
            <w:pPr>
              <w:pStyle w:val="TableParagraph"/>
              <w:spacing w:before="9"/>
              <w:rPr>
                <w:sz w:val="4"/>
              </w:rPr>
            </w:pPr>
          </w:p>
          <w:p w:rsidR="0079018F" w:rsidRDefault="0079018F" w:rsidP="005B5233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75610E8" wp14:editId="2BD362BC">
                  <wp:extent cx="614045" cy="665311"/>
                  <wp:effectExtent l="0" t="0" r="0" b="1905"/>
                  <wp:docPr id="89" name="image1.jpeg" descr="C:\Users\PCDIRI~1\AppData\Local\Temp\lu16148k46wh7.tmp\lu16148k46wmi_tmp_13c6bc28b4eac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88" cy="6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:rsidR="0079018F" w:rsidRPr="00335581" w:rsidRDefault="0079018F" w:rsidP="005B5233">
            <w:pPr>
              <w:pStyle w:val="TableParagraph"/>
              <w:spacing w:before="47"/>
              <w:ind w:right="9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335581">
              <w:rPr>
                <w:b/>
                <w:sz w:val="28"/>
                <w:szCs w:val="28"/>
              </w:rPr>
              <w:t>ISTITUTO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COMPRENSIVO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PESCARA</w:t>
            </w:r>
            <w:r w:rsidRPr="0033558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6</w:t>
            </w:r>
          </w:p>
          <w:p w:rsidR="0079018F" w:rsidRPr="00F527A1" w:rsidRDefault="0079018F" w:rsidP="005B5233">
            <w:pPr>
              <w:pStyle w:val="TableParagraph"/>
              <w:ind w:left="960" w:right="957"/>
              <w:rPr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 xml:space="preserve">         </w:t>
            </w:r>
            <w:r w:rsidRPr="00F527A1">
              <w:rPr>
                <w:i/>
                <w:sz w:val="24"/>
              </w:rPr>
              <w:t xml:space="preserve">Via </w:t>
            </w:r>
            <w:proofErr w:type="spellStart"/>
            <w:r w:rsidRPr="00F527A1">
              <w:rPr>
                <w:i/>
                <w:sz w:val="24"/>
              </w:rPr>
              <w:t>Scarfoglio</w:t>
            </w:r>
            <w:proofErr w:type="spellEnd"/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35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-</w:t>
            </w:r>
            <w:r w:rsidRPr="00F527A1">
              <w:rPr>
                <w:i/>
                <w:spacing w:val="-2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65129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Pescara</w:t>
            </w:r>
          </w:p>
          <w:p w:rsidR="0079018F" w:rsidRPr="00F527A1" w:rsidRDefault="0079018F" w:rsidP="005B5233">
            <w:pPr>
              <w:pStyle w:val="TableParagraph"/>
              <w:ind w:right="957"/>
              <w:rPr>
                <w:i/>
                <w:spacing w:val="54"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                  </w:t>
            </w:r>
            <w:r w:rsidRPr="00F527A1">
              <w:rPr>
                <w:i/>
                <w:spacing w:val="-4"/>
                <w:sz w:val="24"/>
              </w:rPr>
              <w:t>Cod. Fiscale</w:t>
            </w:r>
            <w:r w:rsidRPr="00F527A1">
              <w:rPr>
                <w:i/>
                <w:spacing w:val="54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91117720689 – Tel.</w:t>
            </w:r>
            <w:r>
              <w:rPr>
                <w:i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085 67422</w:t>
            </w:r>
          </w:p>
          <w:p w:rsidR="0079018F" w:rsidRPr="00F527A1" w:rsidRDefault="0079018F" w:rsidP="005B5233">
            <w:pPr>
              <w:pStyle w:val="TableParagraph"/>
              <w:ind w:right="957"/>
              <w:jc w:val="center"/>
              <w:rPr>
                <w:i/>
                <w:spacing w:val="-1"/>
                <w:sz w:val="24"/>
              </w:rPr>
            </w:pPr>
            <w:r>
              <w:rPr>
                <w:rFonts w:ascii="Verdana"/>
                <w:noProof/>
                <w:sz w:val="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677F8097" wp14:editId="217506D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340360</wp:posOffset>
                      </wp:positionV>
                      <wp:extent cx="6175375" cy="8890"/>
                      <wp:effectExtent l="0" t="0" r="0" b="0"/>
                      <wp:wrapTopAndBottom/>
                      <wp:docPr id="86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75375" cy="7620"/>
                                <a:chOff x="0" y="0"/>
                                <a:chExt cx="6175375" cy="7620"/>
                              </a:xfrm>
                            </wpg:grpSpPr>
                            <wps:wsp>
                              <wps:cNvPr id="87" name="Graphic 12"/>
                              <wps:cNvSpPr/>
                              <wps:spPr>
                                <a:xfrm>
                                  <a:off x="1" y="4444"/>
                                  <a:ext cx="6170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0930">
                                      <a:moveTo>
                                        <a:pt x="0" y="0"/>
                                      </a:moveTo>
                                      <a:lnTo>
                                        <a:pt x="1191895" y="0"/>
                                      </a:lnTo>
                                    </a:path>
                                    <a:path w="6170930">
                                      <a:moveTo>
                                        <a:pt x="1193800" y="0"/>
                                      </a:moveTo>
                                      <a:lnTo>
                                        <a:pt x="6170930" y="0"/>
                                      </a:lnTo>
                                    </a:path>
                                  </a:pathLst>
                                </a:custGeom>
                                <a:ln w="7924">
                                  <a:solidFill>
                                    <a:srgbClr val="0000F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13"/>
                              <wps:cNvSpPr/>
                              <wps:spPr>
                                <a:xfrm>
                                  <a:off x="0" y="0"/>
                                  <a:ext cx="61753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5375" h="7620">
                                      <a:moveTo>
                                        <a:pt x="61753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175375" y="7620"/>
                                      </a:lnTo>
                                      <a:lnTo>
                                        <a:pt x="6175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14178F" id="Group 11" o:spid="_x0000_s1026" style="position:absolute;margin-left:0;margin-top:26.8pt;width:486.25pt;height:.7pt;z-index:-251660288;mso-wrap-distance-left:0;mso-wrap-distance-right:0;mso-position-horizontal-relative:page;mso-width-relative:margin;mso-height-relative:margin" coordsize="617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">
                      <v:shape id="Graphic 12" o:spid="_x0000_s1027" style="position:absolute;top:44;width:61709;height:13;visibility:visible;mso-wrap-style:square;v-text-anchor:top" coordsize="6170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" path="m,l1191895,em1193800,l6170930,e" filled="f" strokecolor="#0000fd" strokeweight=".22011mm">
                        <v:path arrowok="t"/>
                      </v:shape>
                      <v:shape id="Graphic 13" o:spid="_x0000_s1028" style="position:absolute;width:61753;height:76;visibility:visible;mso-wrap-style:square;v-text-anchor:top" coordsize="61753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" path="m6175375,l,,,7620r6175375,l6175375,xe" fillcolor="blue" stroked="f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>
              <w:rPr>
                <w:color w:val="0000FF"/>
              </w:rPr>
              <w:t xml:space="preserve">          </w:t>
            </w:r>
            <w:hyperlink r:id="rId8">
              <w:r w:rsidRPr="00AD4E18">
                <w:rPr>
                  <w:i/>
                  <w:sz w:val="24"/>
                </w:rPr>
                <w:t>peic83200q@istruzione.it</w:t>
              </w:r>
              <w:r w:rsidRPr="00AD4E18">
                <w:rPr>
                  <w:spacing w:val="-1"/>
                  <w:sz w:val="24"/>
                </w:rPr>
                <w:t xml:space="preserve"> </w:t>
              </w:r>
            </w:hyperlink>
            <w:r w:rsidRPr="00AD4E18">
              <w:rPr>
                <w:spacing w:val="-1"/>
                <w:sz w:val="24"/>
              </w:rPr>
              <w:t xml:space="preserve">- </w:t>
            </w:r>
            <w:r w:rsidRPr="00AD4E18">
              <w:rPr>
                <w:i/>
                <w:spacing w:val="-1"/>
                <w:sz w:val="24"/>
              </w:rPr>
              <w:t>peic83200q@pec.istruzione.it</w:t>
            </w:r>
          </w:p>
        </w:tc>
        <w:tc>
          <w:tcPr>
            <w:tcW w:w="1200" w:type="dxa"/>
          </w:tcPr>
          <w:p w:rsidR="0079018F" w:rsidRDefault="0079018F" w:rsidP="005B5233">
            <w:pPr>
              <w:pStyle w:val="TableParagraph"/>
              <w:spacing w:before="8"/>
              <w:rPr>
                <w:sz w:val="8"/>
              </w:rPr>
            </w:pPr>
          </w:p>
          <w:p w:rsidR="0079018F" w:rsidRDefault="0079018F" w:rsidP="005B523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193FB63" wp14:editId="451FCEEB">
                  <wp:extent cx="583803" cy="644651"/>
                  <wp:effectExtent l="0" t="0" r="0" b="0"/>
                  <wp:docPr id="90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803" cy="64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0931" w:rsidRDefault="00290931" w:rsidP="0079018F">
      <w:pPr>
        <w:tabs>
          <w:tab w:val="left" w:pos="1305"/>
        </w:tabs>
      </w:pP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b/>
          <w:sz w:val="20"/>
          <w:szCs w:val="20"/>
        </w:rPr>
        <w:t>MOD.A1</w:t>
      </w:r>
    </w:p>
    <w:p w:rsidR="00290931" w:rsidRPr="0079018F" w:rsidRDefault="00712B2E" w:rsidP="0079018F">
      <w:pPr>
        <w:spacing w:line="240" w:lineRule="auto"/>
        <w:jc w:val="center"/>
        <w:rPr>
          <w:sz w:val="20"/>
          <w:szCs w:val="20"/>
        </w:rPr>
      </w:pPr>
      <w:r w:rsidRPr="0079018F">
        <w:rPr>
          <w:rFonts w:ascii="Arial" w:hAnsi="Arial"/>
          <w:b/>
          <w:sz w:val="20"/>
          <w:szCs w:val="20"/>
        </w:rPr>
        <w:t>RICHIESTA E AUTORIZZAZIONE SOMMINISTRAZIONE FARMACO IN ORARIO SCOLASTICO</w:t>
      </w:r>
      <w:r w:rsidRPr="0079018F">
        <w:rPr>
          <w:rFonts w:ascii="Arial" w:hAnsi="Arial"/>
          <w:b/>
          <w:sz w:val="20"/>
          <w:szCs w:val="20"/>
        </w:rPr>
        <w:br/>
        <w:t>DA PARTE DEI GENITORI O DI LORO DE</w:t>
      </w:r>
      <w:r w:rsidRPr="0079018F">
        <w:rPr>
          <w:rFonts w:ascii="Arial" w:hAnsi="Arial"/>
          <w:b/>
          <w:sz w:val="20"/>
          <w:szCs w:val="20"/>
        </w:rPr>
        <w:t>LEGATI</w:t>
      </w: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sz w:val="20"/>
          <w:szCs w:val="20"/>
        </w:rPr>
        <w:t>IL /la sottoscritto/a __________________________________________________ in qualità di:</w:t>
      </w: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sz w:val="20"/>
          <w:szCs w:val="20"/>
        </w:rPr>
        <w:t>[  ]  Genitore</w:t>
      </w:r>
      <w:r w:rsidRPr="0079018F">
        <w:rPr>
          <w:rFonts w:ascii="Arial" w:hAnsi="Arial"/>
          <w:sz w:val="20"/>
          <w:szCs w:val="20"/>
        </w:rPr>
        <w:br/>
      </w:r>
      <w:r w:rsidRPr="0079018F">
        <w:rPr>
          <w:rFonts w:ascii="Arial" w:hAnsi="Arial"/>
          <w:sz w:val="20"/>
          <w:szCs w:val="20"/>
        </w:rPr>
        <w:br/>
        <w:t>[  ]  Soggetto che esercita la potestà genitoriale</w:t>
      </w: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sz w:val="20"/>
          <w:szCs w:val="20"/>
        </w:rPr>
        <w:t>Dell’alunno/a ______________________________________ nato a _______________________ il ______</w:t>
      </w:r>
      <w:r w:rsidRPr="0079018F">
        <w:rPr>
          <w:rFonts w:ascii="Arial" w:hAnsi="Arial"/>
          <w:sz w:val="20"/>
          <w:szCs w:val="20"/>
        </w:rPr>
        <w:t>_________</w:t>
      </w:r>
      <w:r w:rsidRPr="0079018F">
        <w:rPr>
          <w:rFonts w:ascii="Arial" w:hAnsi="Arial"/>
          <w:sz w:val="20"/>
          <w:szCs w:val="20"/>
        </w:rPr>
        <w:br/>
      </w:r>
      <w:r w:rsidRPr="0079018F">
        <w:rPr>
          <w:rFonts w:ascii="Arial" w:hAnsi="Arial"/>
          <w:sz w:val="20"/>
          <w:szCs w:val="20"/>
        </w:rPr>
        <w:br/>
        <w:t>Frequentante A.S. __________________ la classe _______________ sez _________ Plesso ______________________</w:t>
      </w:r>
      <w:r w:rsidRPr="0079018F">
        <w:rPr>
          <w:rFonts w:ascii="Arial" w:hAnsi="Arial"/>
          <w:sz w:val="20"/>
          <w:szCs w:val="20"/>
        </w:rPr>
        <w:br/>
      </w:r>
      <w:r w:rsidRPr="0079018F">
        <w:rPr>
          <w:rFonts w:ascii="Arial" w:hAnsi="Arial"/>
          <w:sz w:val="20"/>
          <w:szCs w:val="20"/>
        </w:rPr>
        <w:br/>
        <w:t>Ordine di scuola:</w:t>
      </w:r>
    </w:p>
    <w:p w:rsidR="00290931" w:rsidRPr="0079018F" w:rsidRDefault="00712B2E" w:rsidP="0079018F">
      <w:pPr>
        <w:spacing w:line="240" w:lineRule="auto"/>
        <w:rPr>
          <w:rFonts w:ascii="Arial" w:hAnsi="Arial"/>
          <w:sz w:val="20"/>
          <w:szCs w:val="20"/>
        </w:rPr>
      </w:pPr>
      <w:proofErr w:type="gramStart"/>
      <w:r w:rsidRPr="0079018F">
        <w:rPr>
          <w:rFonts w:ascii="Arial" w:hAnsi="Arial"/>
          <w:sz w:val="20"/>
          <w:szCs w:val="20"/>
        </w:rPr>
        <w:t>[  ]</w:t>
      </w:r>
      <w:proofErr w:type="gramEnd"/>
      <w:r w:rsidRPr="0079018F">
        <w:rPr>
          <w:rFonts w:ascii="Arial" w:hAnsi="Arial"/>
          <w:sz w:val="20"/>
          <w:szCs w:val="20"/>
        </w:rPr>
        <w:t xml:space="preserve">  INFANZIA                    [  ]  PRIMARIA                    [  ]  SECONDARIA DI PRIMO GRADO</w:t>
      </w:r>
    </w:p>
    <w:p w:rsidR="0079018F" w:rsidRPr="0079018F" w:rsidRDefault="0079018F" w:rsidP="0079018F">
      <w:pPr>
        <w:spacing w:line="240" w:lineRule="auto"/>
        <w:rPr>
          <w:sz w:val="20"/>
          <w:szCs w:val="20"/>
        </w:rPr>
      </w:pPr>
    </w:p>
    <w:p w:rsidR="00290931" w:rsidRPr="0079018F" w:rsidRDefault="00712B2E" w:rsidP="0079018F">
      <w:pPr>
        <w:spacing w:line="240" w:lineRule="auto"/>
        <w:jc w:val="center"/>
        <w:rPr>
          <w:sz w:val="20"/>
          <w:szCs w:val="20"/>
        </w:rPr>
      </w:pPr>
      <w:r w:rsidRPr="0079018F">
        <w:rPr>
          <w:rFonts w:ascii="Arial" w:hAnsi="Arial"/>
          <w:b/>
          <w:sz w:val="20"/>
          <w:szCs w:val="20"/>
        </w:rPr>
        <w:t>CHIEDE</w:t>
      </w: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sz w:val="20"/>
          <w:szCs w:val="20"/>
        </w:rPr>
        <w:t>L’autorizza</w:t>
      </w:r>
      <w:r w:rsidRPr="0079018F">
        <w:rPr>
          <w:rFonts w:ascii="Arial" w:hAnsi="Arial"/>
          <w:sz w:val="20"/>
          <w:szCs w:val="20"/>
        </w:rPr>
        <w:t>zione ad accedere ai locali della scuola adibiti alla scopo per la somministrazione al minore sopra indicato del/i farmaco/i, coerentemente alla certificazione medica allegata.</w:t>
      </w:r>
    </w:p>
    <w:p w:rsidR="00290931" w:rsidRPr="0079018F" w:rsidRDefault="00290931" w:rsidP="0079018F">
      <w:pPr>
        <w:spacing w:line="240" w:lineRule="auto"/>
        <w:rPr>
          <w:sz w:val="20"/>
          <w:szCs w:val="20"/>
        </w:rPr>
      </w:pPr>
    </w:p>
    <w:p w:rsidR="00290931" w:rsidRPr="0079018F" w:rsidRDefault="00712B2E" w:rsidP="0079018F">
      <w:pPr>
        <w:spacing w:line="240" w:lineRule="auto"/>
        <w:jc w:val="center"/>
        <w:rPr>
          <w:sz w:val="20"/>
          <w:szCs w:val="20"/>
        </w:rPr>
      </w:pPr>
      <w:r w:rsidRPr="0079018F">
        <w:rPr>
          <w:rFonts w:ascii="Arial" w:hAnsi="Arial"/>
          <w:b/>
          <w:sz w:val="20"/>
          <w:szCs w:val="20"/>
        </w:rPr>
        <w:t>EVENTUALE DELEGA</w:t>
      </w:r>
    </w:p>
    <w:p w:rsidR="00290931" w:rsidRPr="0079018F" w:rsidRDefault="00712B2E" w:rsidP="0079018F">
      <w:pPr>
        <w:spacing w:line="240" w:lineRule="auto"/>
        <w:rPr>
          <w:sz w:val="20"/>
          <w:szCs w:val="20"/>
        </w:rPr>
      </w:pPr>
      <w:r w:rsidRPr="0079018F">
        <w:rPr>
          <w:rFonts w:ascii="Arial" w:hAnsi="Arial"/>
          <w:sz w:val="20"/>
          <w:szCs w:val="20"/>
        </w:rPr>
        <w:t>l/La Sig./ra ___________________________________________ di c</w:t>
      </w:r>
      <w:r w:rsidRPr="0079018F">
        <w:rPr>
          <w:rFonts w:ascii="Arial" w:hAnsi="Arial"/>
          <w:sz w:val="20"/>
          <w:szCs w:val="20"/>
        </w:rPr>
        <w:t>ui si allega copia di documento di riconoscimento e accettazione dell’incarico di somministrazione, è delegato/</w:t>
      </w:r>
      <w:proofErr w:type="gramStart"/>
      <w:r w:rsidRPr="0079018F">
        <w:rPr>
          <w:rFonts w:ascii="Arial" w:hAnsi="Arial"/>
          <w:sz w:val="20"/>
          <w:szCs w:val="20"/>
        </w:rPr>
        <w:t>a</w:t>
      </w:r>
      <w:proofErr w:type="gramEnd"/>
      <w:r w:rsidRPr="0079018F">
        <w:rPr>
          <w:rFonts w:ascii="Arial" w:hAnsi="Arial"/>
          <w:sz w:val="20"/>
          <w:szCs w:val="20"/>
        </w:rPr>
        <w:t xml:space="preserve"> ad effettuare in mia vece la somministrazione di cui sopra. A tal fine, si allega certificazione sanitaria rilasciata dal medico curante con l’</w:t>
      </w:r>
      <w:r w:rsidRPr="0079018F">
        <w:rPr>
          <w:rFonts w:ascii="Arial" w:hAnsi="Arial"/>
          <w:sz w:val="20"/>
          <w:szCs w:val="20"/>
        </w:rPr>
        <w:t>indicazione del farmaco e della durata della terapia</w:t>
      </w:r>
    </w:p>
    <w:p w:rsidR="00290931" w:rsidRPr="0079018F" w:rsidRDefault="00290931" w:rsidP="0079018F">
      <w:pPr>
        <w:spacing w:line="240" w:lineRule="auto"/>
        <w:rPr>
          <w:sz w:val="20"/>
          <w:szCs w:val="20"/>
        </w:rPr>
      </w:pPr>
    </w:p>
    <w:p w:rsidR="00290931" w:rsidRPr="0079018F" w:rsidRDefault="00290931" w:rsidP="0079018F">
      <w:pPr>
        <w:spacing w:line="240" w:lineRule="auto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290931" w:rsidRPr="0079018F">
        <w:tc>
          <w:tcPr>
            <w:tcW w:w="4968" w:type="dxa"/>
          </w:tcPr>
          <w:p w:rsidR="00290931" w:rsidRPr="0079018F" w:rsidRDefault="00712B2E" w:rsidP="0079018F">
            <w:pPr>
              <w:spacing w:line="240" w:lineRule="auto"/>
              <w:rPr>
                <w:sz w:val="20"/>
                <w:szCs w:val="20"/>
              </w:rPr>
            </w:pPr>
            <w:r w:rsidRPr="0079018F">
              <w:rPr>
                <w:rFonts w:ascii="Arial" w:hAnsi="Arial"/>
                <w:sz w:val="20"/>
                <w:szCs w:val="20"/>
              </w:rPr>
              <w:t>Data __________________</w:t>
            </w:r>
          </w:p>
        </w:tc>
        <w:tc>
          <w:tcPr>
            <w:tcW w:w="4968" w:type="dxa"/>
          </w:tcPr>
          <w:p w:rsidR="00290931" w:rsidRPr="0079018F" w:rsidRDefault="00712B2E" w:rsidP="0079018F">
            <w:pPr>
              <w:spacing w:line="240" w:lineRule="auto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79018F">
              <w:rPr>
                <w:rFonts w:ascii="Arial" w:hAnsi="Arial"/>
                <w:sz w:val="20"/>
                <w:szCs w:val="20"/>
              </w:rPr>
              <w:t>Firma</w:t>
            </w:r>
            <w:r w:rsidRPr="0079018F">
              <w:rPr>
                <w:rFonts w:ascii="Arial" w:hAnsi="Arial"/>
                <w:sz w:val="20"/>
                <w:szCs w:val="20"/>
              </w:rPr>
              <w:br/>
              <w:t>__________________________________</w:t>
            </w:r>
          </w:p>
        </w:tc>
      </w:tr>
    </w:tbl>
    <w:p w:rsidR="00290931" w:rsidRDefault="00290931" w:rsidP="0079018F">
      <w:pPr>
        <w:spacing w:line="240" w:lineRule="auto"/>
      </w:pPr>
    </w:p>
    <w:p w:rsidR="00290931" w:rsidRDefault="00712B2E" w:rsidP="0079018F">
      <w:pPr>
        <w:spacing w:line="240" w:lineRule="auto"/>
        <w:rPr>
          <w:rFonts w:ascii="Arial" w:hAnsi="Arial"/>
        </w:rPr>
      </w:pPr>
      <w:r w:rsidRPr="0079018F">
        <w:rPr>
          <w:rFonts w:ascii="Arial" w:hAnsi="Arial"/>
          <w:sz w:val="20"/>
          <w:szCs w:val="20"/>
        </w:rPr>
        <w:t>RECAPITI</w:t>
      </w:r>
      <w:r>
        <w:rPr>
          <w:rFonts w:ascii="Arial" w:hAnsi="Arial"/>
        </w:rPr>
        <w:br/>
        <w:t>________________</w:t>
      </w:r>
      <w:r w:rsidR="0079018F">
        <w:rPr>
          <w:rFonts w:ascii="Arial" w:hAnsi="Arial"/>
        </w:rPr>
        <w:t>______</w:t>
      </w:r>
      <w:r>
        <w:rPr>
          <w:rFonts w:ascii="Arial" w:hAnsi="Arial"/>
        </w:rPr>
        <w:t>_</w:t>
      </w:r>
      <w:r w:rsidR="0079018F">
        <w:rPr>
          <w:rFonts w:ascii="Arial" w:hAnsi="Arial"/>
        </w:rPr>
        <w:t>_</w:t>
      </w:r>
    </w:p>
    <w:p w:rsidR="0079018F" w:rsidRDefault="0079018F" w:rsidP="0079018F">
      <w:pPr>
        <w:spacing w:line="240" w:lineRule="auto"/>
      </w:pPr>
      <w:r>
        <w:rPr>
          <w:rFonts w:ascii="Arial" w:hAnsi="Arial"/>
        </w:rPr>
        <w:t>________________________</w:t>
      </w:r>
    </w:p>
    <w:sectPr w:rsidR="0079018F" w:rsidSect="0079018F">
      <w:pgSz w:w="12240" w:h="15840"/>
      <w:pgMar w:top="284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0931"/>
    <w:rsid w:val="0029639D"/>
    <w:rsid w:val="00326F90"/>
    <w:rsid w:val="00712B2E"/>
    <w:rsid w:val="007901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77D7F"/>
  <w14:defaultImageDpi w14:val="300"/>
  <w15:docId w15:val="{B8FD6B6C-ABD8-4880-89B4-5191D377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79018F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901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ic83200q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929547-5A33-475A-A86E-46A343C4F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ANNALISA GIOSAFATTO</cp:lastModifiedBy>
  <cp:revision>2</cp:revision>
  <dcterms:created xsi:type="dcterms:W3CDTF">2026-09-18T10:20:00Z</dcterms:created>
  <dcterms:modified xsi:type="dcterms:W3CDTF">2026-09-18T10:20:00Z</dcterms:modified>
  <cp:category/>
</cp:coreProperties>
</file>